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Convergence 2027 speaker information</w:t>
      </w:r>
    </w:p>
    <w:p>
      <w:r>
        <w:t>Speaker details</w:t>
        <w:br/>
        <w:t>February 2 to 4, 2027 | DoubleTree by Hilton Regina</w:t>
      </w:r>
    </w:p>
    <w:p>
      <w:r>
        <w:t>Please complete the editable fields and return this file through your existing conference contact, copying Jamie Spackman. This collects program and production details. Fees, expenses and permissions are agreed separately in the speaker agreement.</w:t>
      </w:r>
    </w:p>
    <w:p>
      <w:pPr>
        <w:pStyle w:val="Heading1"/>
      </w:pPr>
      <w:r>
        <w:t>Your public details</w:t>
      </w:r>
    </w:p>
    <w:p>
      <w:r>
        <w:rPr>
          <w:b/>
        </w:rPr>
        <w:t xml:space="preserve">Full public name  </w:t>
      </w:r>
      <w:sdt>
        <w:sdtPr>
          <w:alias w:val="Full public name"/>
          <w:tag w:val="name"/>
          <w:text w:multiLine="1"/>
        </w:sdtPr>
        <w:sdtContent>
          <w:r>
            <w:t>Enter your name</w:t>
          </w:r>
        </w:sdtContent>
      </w:sdt>
    </w:p>
    <w:p>
      <w:r>
        <w:rPr>
          <w:b/>
        </w:rPr>
        <w:t xml:space="preserve">Organization and public title  </w:t>
      </w:r>
      <w:sdt>
        <w:sdtPr>
          <w:alias w:val="Organization and public title"/>
          <w:tag w:val="organization"/>
          <w:text w:multiLine="1"/>
        </w:sdtPr>
        <w:sdtContent>
          <w:r>
            <w:t>Enter organization and title</w:t>
          </w:r>
        </w:sdtContent>
      </w:sdt>
    </w:p>
    <w:p>
      <w:r>
        <w:rPr>
          <w:b/>
        </w:rPr>
        <w:t xml:space="preserve">Preferred email and mobile  </w:t>
      </w:r>
      <w:sdt>
        <w:sdtPr>
          <w:alias w:val="Preferred email and mobile"/>
          <w:tag w:val="contact"/>
          <w:text w:multiLine="1"/>
        </w:sdtPr>
        <w:sdtContent>
          <w:r>
            <w:t>Click or tap to enter text</w:t>
          </w:r>
        </w:sdtContent>
      </w:sdt>
    </w:p>
    <w:p>
      <w:r>
        <w:rPr>
          <w:b/>
        </w:rPr>
        <w:t xml:space="preserve">Name pronunciation  </w:t>
      </w:r>
      <w:sdt>
        <w:sdtPr>
          <w:alias w:val="Name pronunciation"/>
          <w:tag w:val="pronunciation"/>
          <w:text w:multiLine="1"/>
        </w:sdtPr>
        <w:sdtContent>
          <w:r>
            <w:t>Click or tap to enter text</w:t>
          </w:r>
        </w:sdtContent>
      </w:sdt>
    </w:p>
    <w:p>
      <w:r>
        <w:rPr>
          <w:b/>
        </w:rPr>
        <w:t xml:space="preserve">Biography of 75 to 120 words  </w:t>
      </w:r>
      <w:sdt>
        <w:sdtPr>
          <w:alias w:val="Biography of 75 to 120 words"/>
          <w:tag w:val="bio"/>
          <w:text w:multiLine="1"/>
        </w:sdtPr>
        <w:sdtContent>
          <w:r>
            <w:t>Click or tap to enter text</w:t>
          </w:r>
        </w:sdtContent>
      </w:sdt>
    </w:p>
    <w:p>
      <w:r>
        <w:rPr>
          <w:b/>
        </w:rPr>
        <w:t xml:space="preserve">Headshot file or download link and photo credit  </w:t>
      </w:r>
      <w:sdt>
        <w:sdtPr>
          <w:alias w:val="Headshot file or download link and photo credit"/>
          <w:tag w:val="headshot"/>
          <w:text w:multiLine="1"/>
        </w:sdtPr>
        <w:sdtContent>
          <w:r>
            <w:t>Click or tap to enter text</w:t>
          </w:r>
        </w:sdtContent>
      </w:sdt>
    </w:p>
    <w:p>
      <w:r>
        <w:rPr>
          <w:b/>
        </w:rPr>
        <w:t xml:space="preserve">Website and relevant public links  </w:t>
      </w:r>
      <w:sdt>
        <w:sdtPr>
          <w:alias w:val="Website and relevant public links"/>
          <w:tag w:val="public_links"/>
          <w:text w:multiLine="1"/>
        </w:sdtPr>
        <w:sdtContent>
          <w:r>
            <w:t>Click or tap to enter text</w:t>
          </w:r>
        </w:sdtContent>
      </w:sdt>
    </w:p>
    <w:p>
      <w:pPr>
        <w:pStyle w:val="Heading1"/>
      </w:pPr>
      <w:r>
        <w:t>Your session</w:t>
      </w:r>
    </w:p>
    <w:p>
      <w:r>
        <w:rPr>
          <w:b/>
        </w:rPr>
        <w:t xml:space="preserve">Working session or topic  </w:t>
      </w:r>
      <w:sdt>
        <w:sdtPr>
          <w:alias w:val="Working session or topic"/>
          <w:tag w:val="topic"/>
          <w:text w:multiLine="1"/>
        </w:sdtPr>
        <w:sdtContent>
          <w:r>
            <w:t>Enter session title</w:t>
          </w:r>
        </w:sdtContent>
      </w:sdt>
    </w:p>
    <w:p>
      <w:r>
        <w:rPr>
          <w:b/>
        </w:rPr>
        <w:t xml:space="preserve">Final title and a 50 to 100 word description  </w:t>
      </w:r>
      <w:sdt>
        <w:sdtPr>
          <w:alias w:val="Final title and a 50 to 100 word description"/>
          <w:tag w:val="description"/>
          <w:text w:multiLine="1"/>
        </w:sdtPr>
        <w:sdtContent>
          <w:r>
            <w:t>Click or tap to enter text</w:t>
          </w:r>
        </w:sdtContent>
      </w:sdt>
    </w:p>
    <w:p>
      <w:r>
        <w:rPr>
          <w:b/>
        </w:rPr>
        <w:t xml:space="preserve">What attendees should be able to do afterward  </w:t>
      </w:r>
      <w:sdt>
        <w:sdtPr>
          <w:alias w:val="What attendees should be able to do afterward"/>
          <w:tag w:val="takeaway"/>
          <w:text w:multiLine="1"/>
        </w:sdtPr>
        <w:sdtContent>
          <w:r>
            <w:t>Click or tap to enter text</w:t>
          </w:r>
        </w:sdtContent>
      </w:sdt>
    </w:p>
    <w:p>
      <w:r>
        <w:rPr>
          <w:b/>
        </w:rPr>
        <w:t xml:space="preserve">Preferred format and co-presenters  </w:t>
      </w:r>
      <w:sdt>
        <w:sdtPr>
          <w:alias w:val="Preferred format and co-presenters"/>
          <w:tag w:val="format"/>
          <w:text w:multiLine="1"/>
        </w:sdtPr>
        <w:sdtContent>
          <w:r>
            <w:t>Click or tap to enter text</w:t>
          </w:r>
        </w:sdtContent>
      </w:sdt>
    </w:p>
    <w:p>
      <w:r>
        <w:br w:type="page"/>
      </w:r>
    </w:p>
    <w:p>
      <w:pPr>
        <w:pStyle w:val="Heading1"/>
      </w:pPr>
      <w:r>
        <w:t>Availability and production</w:t>
      </w:r>
    </w:p>
    <w:p>
      <w:r>
        <w:rPr>
          <w:b/>
        </w:rPr>
        <w:t xml:space="preserve">Available dates and any hard travel constraints  </w:t>
      </w:r>
      <w:sdt>
        <w:sdtPr>
          <w:alias w:val="Available dates and any hard travel constraints"/>
          <w:tag w:val="availability"/>
          <w:text w:multiLine="1"/>
        </w:sdtPr>
        <w:sdtContent>
          <w:r>
            <w:t>February 2 / February 3 / February 4; note constraints</w:t>
          </w:r>
        </w:sdtContent>
      </w:sdt>
    </w:p>
    <w:p>
      <w:r>
        <w:rPr>
          <w:b/>
        </w:rPr>
        <w:t xml:space="preserve">Session length including questions  </w:t>
      </w:r>
      <w:sdt>
        <w:sdtPr>
          <w:alias w:val="Session length including questions"/>
          <w:tag w:val="duration"/>
          <w:text w:multiLine="1"/>
        </w:sdtPr>
        <w:sdtContent>
          <w:r>
            <w:t>Click or tap to enter text</w:t>
          </w:r>
        </w:sdtContent>
      </w:sdt>
    </w:p>
    <w:p>
      <w:r>
        <w:rPr>
          <w:b/>
        </w:rPr>
        <w:t xml:space="preserve">Microphone and presentation setup  </w:t>
      </w:r>
      <w:sdt>
        <w:sdtPr>
          <w:alias w:val="Microphone and presentation setup"/>
          <w:tag w:val="av"/>
          <w:text w:multiLine="1"/>
        </w:sdtPr>
        <w:sdtContent>
          <w:r>
            <w:t>Handheld / lapel / headset; slides / video / audio / live demonstration; specify needs</w:t>
          </w:r>
        </w:sdtContent>
      </w:sdt>
    </w:p>
    <w:p>
      <w:r>
        <w:rPr>
          <w:b/>
        </w:rPr>
        <w:t xml:space="preserve">Internet or equipment needs beyond standard AV  </w:t>
      </w:r>
      <w:sdt>
        <w:sdtPr>
          <w:alias w:val="Internet or equipment needs beyond standard AV"/>
          <w:tag w:val="special_av"/>
          <w:text w:multiLine="1"/>
        </w:sdtPr>
        <w:sdtContent>
          <w:r>
            <w:t>Click or tap to enter text</w:t>
          </w:r>
        </w:sdtContent>
      </w:sdt>
    </w:p>
    <w:p>
      <w:r>
        <w:rPr>
          <w:b/>
        </w:rPr>
        <w:t xml:space="preserve">Final slides or handouts link and preferred delivery date  </w:t>
      </w:r>
      <w:sdt>
        <w:sdtPr>
          <w:alias w:val="Final slides or handouts link and preferred delivery date"/>
          <w:tag w:val="materials"/>
          <w:text w:multiLine="1"/>
        </w:sdtPr>
        <w:sdtContent>
          <w:r>
            <w:t>Click or tap to enter text</w:t>
          </w:r>
        </w:sdtContent>
      </w:sdt>
    </w:p>
    <w:p>
      <w:r>
        <w:rPr>
          <w:b/>
        </w:rPr>
        <w:t xml:space="preserve">Pre-work or practical attendee resource  </w:t>
      </w:r>
      <w:sdt>
        <w:sdtPr>
          <w:alias w:val="Pre-work or practical attendee resource"/>
          <w:tag w:val="prework"/>
          <w:text w:multiLine="1"/>
        </w:sdtPr>
        <w:sdtContent>
          <w:r>
            <w:t>Click or tap to enter text</w:t>
          </w:r>
        </w:sdtContent>
      </w:sdt>
    </w:p>
    <w:p>
      <w:r>
        <w:rPr>
          <w:b/>
        </w:rPr>
        <w:t xml:space="preserve">Proposed fee in CAD and tax treatment  </w:t>
      </w:r>
      <w:sdt>
        <w:sdtPr>
          <w:alias w:val="Proposed fee in CAD and tax treatment"/>
          <w:tag w:val="fee"/>
          <w:text w:multiLine="1"/>
        </w:sdtPr>
        <w:sdtContent>
          <w:r>
            <w:t>Click or tap to enter text</w:t>
          </w:r>
        </w:sdtContent>
      </w:sdt>
    </w:p>
    <w:p>
      <w:r>
        <w:rPr>
          <w:b/>
        </w:rPr>
        <w:t xml:space="preserve">Travel and accommodation needs and proposed payer  </w:t>
      </w:r>
      <w:sdt>
        <w:sdtPr>
          <w:alias w:val="Travel and accommodation needs and proposed payer"/>
          <w:tag w:val="travel"/>
          <w:text w:multiLine="1"/>
        </w:sdtPr>
        <w:sdtContent>
          <w:r>
            <w:t>Click or tap to enter text</w:t>
          </w:r>
        </w:sdtContent>
      </w:sdt>
    </w:p>
    <w:p>
      <w:r>
        <w:rPr>
          <w:b/>
        </w:rPr>
        <w:t xml:space="preserve">Registration name and access needs  </w:t>
      </w:r>
      <w:sdt>
        <w:sdtPr>
          <w:alias w:val="Registration name and access needs"/>
          <w:tag w:val="registration"/>
          <w:text w:multiLine="1"/>
        </w:sdtPr>
        <w:sdtContent>
          <w:r>
            <w:t>Click or tap to enter text</w:t>
          </w:r>
        </w:sdtContent>
      </w:sdt>
    </w:p>
    <w:p>
      <w:r>
        <w:t>For accessibility, dietary or other private arrangements, ask Jamie for a private coordination route. Do not include medical information, banking details or identification documents in this form.</w:t>
      </w:r>
    </w:p>
    <w:p>
      <w:pPr>
        <w:pStyle w:val="Heading1"/>
      </w:pPr>
      <w:r>
        <w:t>Publication and recording preferences</w:t>
      </w:r>
    </w:p>
    <w:p>
      <w:r>
        <w:rPr>
          <w:b/>
        </w:rPr>
        <w:t xml:space="preserve">May we use your supplied name, bio and headshot to promote this conference  </w:t>
      </w:r>
      <w:sdt>
        <w:sdtPr>
          <w:alias w:val="May we use your supplied name, bio and headshot to promote this conference"/>
          <w:tag w:val="publicity"/>
          <w:text w:multiLine="1"/>
        </w:sdtPr>
        <w:sdtContent>
          <w:r>
            <w:t>Yes / No / Please discuss; note restrictions</w:t>
          </w:r>
        </w:sdtContent>
      </w:sdt>
    </w:p>
    <w:p>
      <w:r>
        <w:rPr>
          <w:b/>
        </w:rPr>
        <w:t xml:space="preserve">Session recording and replay preference  </w:t>
      </w:r>
      <w:sdt>
        <w:sdtPr>
          <w:alias w:val="Session recording and replay preference"/>
          <w:tag w:val="recording"/>
          <w:text w:multiLine="1"/>
        </w:sdtPr>
        <w:sdtContent>
          <w:r>
            <w:t>Agree / Do not agree / Please discuss; specify recording, replay, clips and restrictions separately</w:t>
          </w:r>
        </w:sdtContent>
      </w:sdt>
    </w:p>
    <w:p>
      <w:r>
        <w:rPr>
          <w:b/>
        </w:rPr>
        <w:t xml:space="preserve">Other permissions or material restrictions  </w:t>
      </w:r>
      <w:sdt>
        <w:sdtPr>
          <w:alias w:val="Other permissions or material restrictions"/>
          <w:tag w:val="restrictions"/>
          <w:text w:multiLine="1"/>
        </w:sdtPr>
        <w:sdtContent>
          <w:r>
            <w:t>Click or tap to enter text</w:t>
          </w:r>
        </w:sdtContent>
      </w:sdt>
    </w:p>
    <w:p>
      <w:r>
        <w:rPr>
          <w:b/>
        </w:rPr>
        <w:t xml:space="preserve">Completed by and date  </w:t>
      </w:r>
      <w:sdt>
        <w:sdtPr>
          <w:alias w:val="Completed by and date"/>
          <w:tag w:val="completed"/>
          <w:text w:multiLine="1"/>
        </w:sdtPr>
        <w:sdtContent>
          <w:r>
            <w:t>Click or tap to enter text</w:t>
          </w:r>
        </w:sdtContent>
      </w:sdt>
    </w:p>
    <w:p>
      <w:r>
        <w:t>Your responses guide the final agreement. Recording or broader content rights are not granted by leaving a field blank.</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Convergence Conference 2027 speaker execution</dc:subject>
  <dc:creator>Growing the Future</dc:creator>
  <cp:keywords/>
  <dc:description>generated by python-docx</dc:description>
  <cp:lastModifiedBy/>
  <cp:revision>1</cp:revision>
  <dcterms:created xsi:type="dcterms:W3CDTF">2013-12-23T23:15:00Z</dcterms:created>
  <dcterms:modified xsi:type="dcterms:W3CDTF">2013-12-23T23:15:00Z</dcterms:modified>
  <cp:category/>
</cp:coreProperties>
</file>